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BD4" w:rsidRPr="00DC09DC" w:rsidRDefault="005A0103">
      <w:pPr>
        <w:rPr>
          <w:sz w:val="20"/>
          <w:szCs w:val="20"/>
        </w:rPr>
      </w:pPr>
      <w:r w:rsidRPr="00DC09DC">
        <w:rPr>
          <w:b/>
          <w:sz w:val="20"/>
          <w:szCs w:val="20"/>
        </w:rPr>
        <w:t>A. ÖĞRENCİ BİLGİLERİ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977"/>
        <w:gridCol w:w="4985"/>
      </w:tblGrid>
      <w:tr w:rsidR="007B3BD4" w:rsidRPr="00DC09DC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Adı Soyadı</w:t>
            </w:r>
          </w:p>
        </w:tc>
        <w:tc>
          <w:tcPr>
            <w:tcW w:w="4986" w:type="dxa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sz w:val="18"/>
                <w:szCs w:val="18"/>
              </w:rPr>
              <w:t>................................................................................................</w:t>
            </w:r>
          </w:p>
        </w:tc>
      </w:tr>
      <w:tr w:rsidR="007B3BD4" w:rsidRPr="00DC09DC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T.C. Kimlik No / Öğrenci No</w:t>
            </w:r>
          </w:p>
        </w:tc>
        <w:tc>
          <w:tcPr>
            <w:tcW w:w="4986" w:type="dxa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sz w:val="18"/>
                <w:szCs w:val="18"/>
              </w:rPr>
              <w:t>................................................................................................</w:t>
            </w:r>
          </w:p>
        </w:tc>
      </w:tr>
      <w:tr w:rsidR="007B3BD4" w:rsidRPr="00DC09DC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:rsidR="007B3BD4" w:rsidRPr="00DC09DC" w:rsidRDefault="005A0103" w:rsidP="007E3A85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 xml:space="preserve">Enstitü Ana Bilim Dalı / </w:t>
            </w:r>
            <w:r w:rsidR="007E3A85" w:rsidRPr="00DC09DC">
              <w:rPr>
                <w:b/>
                <w:sz w:val="18"/>
                <w:szCs w:val="18"/>
              </w:rPr>
              <w:t>Program Adı</w:t>
            </w:r>
          </w:p>
        </w:tc>
        <w:tc>
          <w:tcPr>
            <w:tcW w:w="4986" w:type="dxa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sz w:val="18"/>
                <w:szCs w:val="18"/>
              </w:rPr>
              <w:t>................................................................................................</w:t>
            </w:r>
          </w:p>
        </w:tc>
      </w:tr>
      <w:tr w:rsidR="007B3BD4" w:rsidRPr="00DC09DC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Program</w:t>
            </w:r>
          </w:p>
        </w:tc>
        <w:tc>
          <w:tcPr>
            <w:tcW w:w="4986" w:type="dxa"/>
            <w:vAlign w:val="center"/>
          </w:tcPr>
          <w:p w:rsidR="007B3BD4" w:rsidRPr="00DC09DC" w:rsidRDefault="008712F0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23973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A0103" w:rsidRPr="00DC09DC">
              <w:rPr>
                <w:sz w:val="18"/>
                <w:szCs w:val="18"/>
              </w:rPr>
              <w:t xml:space="preserve">Tezli Yüksek Lisans   </w:t>
            </w:r>
            <w:sdt>
              <w:sdtPr>
                <w:rPr>
                  <w:sz w:val="18"/>
                  <w:szCs w:val="18"/>
                </w:rPr>
                <w:id w:val="1475568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 xml:space="preserve">Tezsiz Yüksek Lisans   </w:t>
            </w:r>
            <w:sdt>
              <w:sdtPr>
                <w:rPr>
                  <w:sz w:val="18"/>
                  <w:szCs w:val="18"/>
                </w:rPr>
                <w:id w:val="-33469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>Doktora</w:t>
            </w:r>
          </w:p>
        </w:tc>
      </w:tr>
      <w:tr w:rsidR="007B3BD4" w:rsidRPr="00DC09DC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Danışman Öğretim Üyesi</w:t>
            </w:r>
          </w:p>
        </w:tc>
        <w:tc>
          <w:tcPr>
            <w:tcW w:w="4986" w:type="dxa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sz w:val="18"/>
                <w:szCs w:val="18"/>
              </w:rPr>
              <w:t>................................................................................................</w:t>
            </w:r>
          </w:p>
        </w:tc>
      </w:tr>
      <w:tr w:rsidR="007B3BD4" w:rsidRPr="00DC09DC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Telefon / E-posta</w:t>
            </w:r>
          </w:p>
        </w:tc>
        <w:tc>
          <w:tcPr>
            <w:tcW w:w="4986" w:type="dxa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sz w:val="18"/>
                <w:szCs w:val="18"/>
              </w:rPr>
              <w:t>................................................................................................</w:t>
            </w:r>
          </w:p>
        </w:tc>
      </w:tr>
      <w:tr w:rsidR="007B3BD4" w:rsidRPr="00DC09DC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Mevcut Öğrenim Aşaması</w:t>
            </w:r>
          </w:p>
        </w:tc>
        <w:tc>
          <w:tcPr>
            <w:tcW w:w="4986" w:type="dxa"/>
            <w:vAlign w:val="center"/>
          </w:tcPr>
          <w:p w:rsidR="007B3BD4" w:rsidRPr="00DC09DC" w:rsidRDefault="008712F0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888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 xml:space="preserve">Ders  </w:t>
            </w:r>
            <w:sdt>
              <w:sdtPr>
                <w:rPr>
                  <w:sz w:val="18"/>
                  <w:szCs w:val="18"/>
                </w:rPr>
                <w:id w:val="-350483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 xml:space="preserve">Yeterlik   </w:t>
            </w:r>
            <w:sdt>
              <w:sdtPr>
                <w:rPr>
                  <w:sz w:val="18"/>
                  <w:szCs w:val="18"/>
                </w:rPr>
                <w:id w:val="200948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 xml:space="preserve">Tez Önerisi   </w:t>
            </w:r>
            <w:sdt>
              <w:sdtPr>
                <w:rPr>
                  <w:sz w:val="18"/>
                  <w:szCs w:val="18"/>
                </w:rPr>
                <w:id w:val="6145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 xml:space="preserve">Tez İzleme   </w:t>
            </w:r>
            <w:sdt>
              <w:sdtPr>
                <w:rPr>
                  <w:sz w:val="18"/>
                  <w:szCs w:val="18"/>
                </w:rPr>
                <w:id w:val="-455104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DC09DC">
              <w:rPr>
                <w:sz w:val="18"/>
                <w:szCs w:val="18"/>
              </w:rPr>
              <w:t xml:space="preserve">Tez Savunması  </w:t>
            </w:r>
            <w:sdt>
              <w:sdtPr>
                <w:rPr>
                  <w:sz w:val="18"/>
                  <w:szCs w:val="18"/>
                </w:rPr>
                <w:id w:val="806054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>Tez Düzeltme</w:t>
            </w:r>
          </w:p>
        </w:tc>
      </w:tr>
    </w:tbl>
    <w:p w:rsidR="00DC09DC" w:rsidRDefault="00DC09DC">
      <w:pPr>
        <w:rPr>
          <w:b/>
          <w:sz w:val="20"/>
          <w:szCs w:val="20"/>
        </w:rPr>
      </w:pPr>
    </w:p>
    <w:p w:rsidR="007B3BD4" w:rsidRPr="00DC09DC" w:rsidRDefault="005A0103">
      <w:pPr>
        <w:rPr>
          <w:sz w:val="20"/>
          <w:szCs w:val="20"/>
        </w:rPr>
      </w:pPr>
      <w:r w:rsidRPr="00DC09DC">
        <w:rPr>
          <w:b/>
          <w:sz w:val="20"/>
          <w:szCs w:val="20"/>
        </w:rPr>
        <w:t>B. DOĞUM BİLGİLERİ VE EK SÜRE TALEBİ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7B3BD4" w:rsidRPr="00DC09DC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Doğum Tarihi</w:t>
            </w:r>
          </w:p>
        </w:tc>
        <w:tc>
          <w:tcPr>
            <w:tcW w:w="4986" w:type="dxa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sz w:val="18"/>
                <w:szCs w:val="18"/>
              </w:rPr>
              <w:t>…… / …… / …………</w:t>
            </w:r>
          </w:p>
        </w:tc>
      </w:tr>
      <w:tr w:rsidR="007B3BD4" w:rsidRPr="00DC09DC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Doğum Sayısı</w:t>
            </w:r>
          </w:p>
        </w:tc>
        <w:tc>
          <w:tcPr>
            <w:tcW w:w="4986" w:type="dxa"/>
            <w:vAlign w:val="center"/>
          </w:tcPr>
          <w:p w:rsidR="007B3BD4" w:rsidRPr="00DC09DC" w:rsidRDefault="008712F0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30882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 xml:space="preserve">İlk doğum   </w:t>
            </w:r>
            <w:sdt>
              <w:sdtPr>
                <w:rPr>
                  <w:sz w:val="18"/>
                  <w:szCs w:val="18"/>
                </w:rPr>
                <w:id w:val="-50891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 xml:space="preserve">İkinci  </w:t>
            </w:r>
            <w:sdt>
              <w:sdtPr>
                <w:rPr>
                  <w:sz w:val="18"/>
                  <w:szCs w:val="18"/>
                </w:rPr>
                <w:id w:val="196735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 xml:space="preserve">Üçüncü   </w:t>
            </w:r>
            <w:sdt>
              <w:sdtPr>
                <w:rPr>
                  <w:sz w:val="18"/>
                  <w:szCs w:val="18"/>
                </w:rPr>
                <w:id w:val="-98539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A0103" w:rsidRPr="00DC09DC">
              <w:rPr>
                <w:sz w:val="18"/>
                <w:szCs w:val="18"/>
              </w:rPr>
              <w:t xml:space="preserve"> Diğer: ........</w:t>
            </w:r>
          </w:p>
        </w:tc>
      </w:tr>
      <w:tr w:rsidR="007B3BD4" w:rsidRPr="00DC09DC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Doğum Öncesindeki Öğrenim Durumu</w:t>
            </w:r>
          </w:p>
        </w:tc>
        <w:tc>
          <w:tcPr>
            <w:tcW w:w="4986" w:type="dxa"/>
            <w:vAlign w:val="center"/>
          </w:tcPr>
          <w:p w:rsidR="007B3BD4" w:rsidRPr="00DC09DC" w:rsidRDefault="008712F0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72529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 xml:space="preserve">Aktif öğrenci   </w:t>
            </w:r>
            <w:sdt>
              <w:sdtPr>
                <w:rPr>
                  <w:sz w:val="18"/>
                  <w:szCs w:val="18"/>
                </w:rPr>
                <w:id w:val="1720238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DC09DC">
              <w:rPr>
                <w:sz w:val="18"/>
                <w:szCs w:val="18"/>
              </w:rPr>
              <w:t xml:space="preserve">Kayıt dondurmuş  </w:t>
            </w:r>
            <w:sdt>
              <w:sdtPr>
                <w:rPr>
                  <w:sz w:val="18"/>
                  <w:szCs w:val="18"/>
                </w:rPr>
                <w:id w:val="862017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>Diğer: ........................</w:t>
            </w:r>
          </w:p>
        </w:tc>
      </w:tr>
      <w:tr w:rsidR="007B3BD4" w:rsidRPr="00DC09DC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Kayıt Dondurma Durumu</w:t>
            </w:r>
          </w:p>
        </w:tc>
        <w:tc>
          <w:tcPr>
            <w:tcW w:w="4986" w:type="dxa"/>
            <w:vAlign w:val="center"/>
          </w:tcPr>
          <w:p w:rsidR="007B3BD4" w:rsidRPr="00DC09DC" w:rsidRDefault="008712F0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967428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 xml:space="preserve">Yok   </w:t>
            </w:r>
            <w:sdt>
              <w:sdtPr>
                <w:rPr>
                  <w:sz w:val="18"/>
                  <w:szCs w:val="18"/>
                </w:rPr>
                <w:id w:val="-626773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>Var — Dönem: ........................</w:t>
            </w:r>
          </w:p>
        </w:tc>
      </w:tr>
      <w:tr w:rsidR="007B3BD4" w:rsidRPr="00DC09DC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Talep Edilen Ek Süre</w:t>
            </w:r>
          </w:p>
        </w:tc>
        <w:tc>
          <w:tcPr>
            <w:tcW w:w="4986" w:type="dxa"/>
            <w:vAlign w:val="center"/>
          </w:tcPr>
          <w:p w:rsidR="007B3BD4" w:rsidRPr="00DC09DC" w:rsidRDefault="008712F0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74159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 xml:space="preserve">1 dönem   </w:t>
            </w:r>
            <w:sdt>
              <w:sdtPr>
                <w:rPr>
                  <w:sz w:val="18"/>
                  <w:szCs w:val="18"/>
                </w:rPr>
                <w:id w:val="-413391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>2 dönem</w:t>
            </w:r>
          </w:p>
        </w:tc>
      </w:tr>
      <w:tr w:rsidR="007B3BD4" w:rsidRPr="00DC09DC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Talep Edilen Dönemler</w:t>
            </w:r>
          </w:p>
        </w:tc>
        <w:tc>
          <w:tcPr>
            <w:tcW w:w="4986" w:type="dxa"/>
            <w:vAlign w:val="center"/>
          </w:tcPr>
          <w:p w:rsidR="007B3BD4" w:rsidRPr="00DC09DC" w:rsidRDefault="005A0103" w:rsidP="007E3A85">
            <w:pPr>
              <w:rPr>
                <w:sz w:val="18"/>
                <w:szCs w:val="18"/>
              </w:rPr>
            </w:pPr>
            <w:r w:rsidRPr="00DC09DC">
              <w:rPr>
                <w:sz w:val="18"/>
                <w:szCs w:val="18"/>
              </w:rPr>
              <w:t xml:space="preserve">20……-20…… / </w:t>
            </w:r>
            <w:sdt>
              <w:sdtPr>
                <w:rPr>
                  <w:sz w:val="18"/>
                  <w:szCs w:val="18"/>
                </w:rPr>
                <w:id w:val="-209400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6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2562A" w:rsidRPr="00DC09DC">
              <w:rPr>
                <w:rFonts w:ascii="Segoe UI Symbol" w:hAnsi="Segoe UI Symbol" w:cs="Segoe UI Symbol"/>
                <w:sz w:val="18"/>
                <w:szCs w:val="18"/>
              </w:rPr>
              <w:t xml:space="preserve"> </w:t>
            </w:r>
            <w:r w:rsidRPr="00DC09DC">
              <w:rPr>
                <w:sz w:val="18"/>
                <w:szCs w:val="18"/>
              </w:rPr>
              <w:t>G</w:t>
            </w:r>
            <w:r w:rsidRPr="00DC09DC">
              <w:rPr>
                <w:rFonts w:cs="Times New Roman"/>
                <w:sz w:val="18"/>
                <w:szCs w:val="18"/>
              </w:rPr>
              <w:t>ü</w:t>
            </w:r>
            <w:r w:rsidRPr="00DC09DC">
              <w:rPr>
                <w:sz w:val="18"/>
                <w:szCs w:val="18"/>
              </w:rPr>
              <w:t xml:space="preserve">z   </w:t>
            </w:r>
            <w:sdt>
              <w:sdtPr>
                <w:rPr>
                  <w:sz w:val="18"/>
                  <w:szCs w:val="18"/>
                </w:rPr>
                <w:id w:val="-1457092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62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2562A" w:rsidRPr="00DC09DC">
              <w:rPr>
                <w:rFonts w:ascii="Segoe UI Symbol" w:hAnsi="Segoe UI Symbol" w:cs="Segoe UI Symbol"/>
                <w:sz w:val="18"/>
                <w:szCs w:val="18"/>
              </w:rPr>
              <w:t xml:space="preserve"> </w:t>
            </w:r>
            <w:r w:rsidRPr="00DC09DC">
              <w:rPr>
                <w:sz w:val="18"/>
                <w:szCs w:val="18"/>
              </w:rPr>
              <w:t xml:space="preserve">Bahar   </w:t>
            </w:r>
          </w:p>
        </w:tc>
      </w:tr>
    </w:tbl>
    <w:p w:rsidR="00DC09DC" w:rsidRDefault="00DC09DC">
      <w:pPr>
        <w:rPr>
          <w:b/>
          <w:sz w:val="20"/>
          <w:szCs w:val="20"/>
        </w:rPr>
      </w:pPr>
    </w:p>
    <w:p w:rsidR="007B3BD4" w:rsidRPr="00DC09DC" w:rsidRDefault="005A0103">
      <w:pPr>
        <w:rPr>
          <w:sz w:val="20"/>
          <w:szCs w:val="20"/>
        </w:rPr>
      </w:pPr>
      <w:r w:rsidRPr="00DC09DC">
        <w:rPr>
          <w:b/>
          <w:sz w:val="20"/>
          <w:szCs w:val="20"/>
        </w:rPr>
        <w:t>C. ÖĞRENCİ TALEBİ VE BEYANI</w:t>
      </w:r>
    </w:p>
    <w:p w:rsidR="007B3BD4" w:rsidRPr="00DC09DC" w:rsidRDefault="005A0103" w:rsidP="00DC09DC">
      <w:pPr>
        <w:ind w:firstLine="720"/>
        <w:jc w:val="both"/>
        <w:rPr>
          <w:sz w:val="20"/>
          <w:szCs w:val="20"/>
        </w:rPr>
      </w:pPr>
      <w:r w:rsidRPr="00DC09DC">
        <w:rPr>
          <w:sz w:val="20"/>
          <w:szCs w:val="20"/>
        </w:rPr>
        <w:t>Yukarıda vermiş olduğum bilgilerin doğru olduğunu; doğum yaptığımı gösteren belgeyi başvuru ekinde sunduğumu; Lisansüstü Eğitim ve Öğretim Yönetmeliği’nin 35/9 maddesi kapsamında doğum sonrası ek süre hakkından yararlanmak istediğimi; başvurumun ilgili mevzuat ve Üniversite kararları çerçevesinde değerlendirilmesini arz ederim.</w:t>
      </w:r>
    </w:p>
    <w:p w:rsidR="007B3BD4" w:rsidRPr="00DC09DC" w:rsidRDefault="005A0103">
      <w:pPr>
        <w:rPr>
          <w:sz w:val="20"/>
          <w:szCs w:val="20"/>
        </w:rPr>
      </w:pPr>
      <w:r w:rsidRPr="00DC09DC">
        <w:rPr>
          <w:b/>
          <w:sz w:val="20"/>
          <w:szCs w:val="20"/>
        </w:rPr>
        <w:t xml:space="preserve">Başvuru Tarihi: </w:t>
      </w:r>
      <w:r w:rsidRPr="00DC09DC">
        <w:rPr>
          <w:sz w:val="20"/>
          <w:szCs w:val="20"/>
        </w:rPr>
        <w:t xml:space="preserve">…… / …… / …………        </w:t>
      </w:r>
      <w:r w:rsidRPr="00DC09DC">
        <w:rPr>
          <w:b/>
          <w:sz w:val="20"/>
          <w:szCs w:val="20"/>
        </w:rPr>
        <w:t xml:space="preserve">Öğrencinin Adı Soyadı: </w:t>
      </w:r>
      <w:r w:rsidRPr="00DC09DC">
        <w:rPr>
          <w:sz w:val="20"/>
          <w:szCs w:val="20"/>
        </w:rPr>
        <w:t>........................................................</w:t>
      </w:r>
    </w:p>
    <w:p w:rsidR="00DC09DC" w:rsidRPr="0052562A" w:rsidRDefault="005A0103">
      <w:pPr>
        <w:rPr>
          <w:sz w:val="20"/>
          <w:szCs w:val="20"/>
        </w:rPr>
      </w:pPr>
      <w:r w:rsidRPr="00DC09DC">
        <w:rPr>
          <w:b/>
          <w:sz w:val="20"/>
          <w:szCs w:val="20"/>
        </w:rPr>
        <w:t xml:space="preserve">İmza: </w:t>
      </w:r>
      <w:r w:rsidRPr="00DC09DC">
        <w:rPr>
          <w:sz w:val="20"/>
          <w:szCs w:val="20"/>
        </w:rPr>
        <w:t>........................................................</w:t>
      </w:r>
    </w:p>
    <w:p w:rsidR="0052562A" w:rsidRDefault="0052562A">
      <w:pPr>
        <w:rPr>
          <w:b/>
          <w:sz w:val="20"/>
          <w:szCs w:val="20"/>
        </w:rPr>
      </w:pPr>
    </w:p>
    <w:p w:rsidR="007B3BD4" w:rsidRPr="00DC09DC" w:rsidRDefault="005A0103">
      <w:pPr>
        <w:rPr>
          <w:sz w:val="20"/>
          <w:szCs w:val="20"/>
        </w:rPr>
      </w:pPr>
      <w:r w:rsidRPr="00DC09DC">
        <w:rPr>
          <w:b/>
          <w:sz w:val="20"/>
          <w:szCs w:val="20"/>
        </w:rPr>
        <w:t>D. EKLER / BELGELER</w:t>
      </w:r>
    </w:p>
    <w:p w:rsidR="007B3BD4" w:rsidRPr="00DC09DC" w:rsidRDefault="008712F0">
      <w:pPr>
        <w:rPr>
          <w:sz w:val="18"/>
          <w:szCs w:val="18"/>
        </w:rPr>
      </w:pPr>
      <w:sdt>
        <w:sdtPr>
          <w:rPr>
            <w:sz w:val="18"/>
            <w:szCs w:val="18"/>
          </w:rPr>
          <w:id w:val="-925956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9DC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DC09DC" w:rsidRPr="00DC09DC">
        <w:rPr>
          <w:sz w:val="18"/>
          <w:szCs w:val="18"/>
        </w:rPr>
        <w:t xml:space="preserve"> </w:t>
      </w:r>
      <w:r w:rsidR="005A0103" w:rsidRPr="00DC09DC">
        <w:rPr>
          <w:sz w:val="18"/>
          <w:szCs w:val="18"/>
        </w:rPr>
        <w:t>Doğum belgesi / doğumu gösterir resmî belge</w:t>
      </w:r>
    </w:p>
    <w:p w:rsidR="007B3BD4" w:rsidRPr="00DC09DC" w:rsidRDefault="008712F0">
      <w:pPr>
        <w:rPr>
          <w:sz w:val="18"/>
          <w:szCs w:val="18"/>
        </w:rPr>
      </w:pPr>
      <w:sdt>
        <w:sdtPr>
          <w:rPr>
            <w:sz w:val="18"/>
            <w:szCs w:val="18"/>
          </w:rPr>
          <w:id w:val="1726257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9DC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DC09DC" w:rsidRPr="00DC09DC">
        <w:rPr>
          <w:sz w:val="18"/>
          <w:szCs w:val="18"/>
        </w:rPr>
        <w:t xml:space="preserve"> </w:t>
      </w:r>
      <w:r w:rsidR="005A0103" w:rsidRPr="00DC09DC">
        <w:rPr>
          <w:sz w:val="18"/>
          <w:szCs w:val="18"/>
        </w:rPr>
        <w:t>Varsa kayıt dondurma kararına ilişkin belge</w:t>
      </w:r>
    </w:p>
    <w:p w:rsidR="007B3BD4" w:rsidRPr="00DC09DC" w:rsidRDefault="008712F0">
      <w:pPr>
        <w:rPr>
          <w:sz w:val="18"/>
          <w:szCs w:val="18"/>
        </w:rPr>
      </w:pPr>
      <w:sdt>
        <w:sdtPr>
          <w:rPr>
            <w:sz w:val="18"/>
            <w:szCs w:val="18"/>
          </w:rPr>
          <w:id w:val="127826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9DC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DC09DC" w:rsidRPr="00DC09DC">
        <w:rPr>
          <w:sz w:val="18"/>
          <w:szCs w:val="18"/>
        </w:rPr>
        <w:t xml:space="preserve"> </w:t>
      </w:r>
      <w:r w:rsidR="005A0103" w:rsidRPr="00DC09DC">
        <w:rPr>
          <w:sz w:val="18"/>
          <w:szCs w:val="18"/>
        </w:rPr>
        <w:t>Varsa önceki doğumlara ilişkin belge(ler)</w:t>
      </w:r>
    </w:p>
    <w:p w:rsidR="00DC09DC" w:rsidRDefault="008712F0">
      <w:pPr>
        <w:rPr>
          <w:sz w:val="18"/>
          <w:szCs w:val="18"/>
        </w:rPr>
      </w:pPr>
      <w:sdt>
        <w:sdtPr>
          <w:rPr>
            <w:sz w:val="18"/>
            <w:szCs w:val="18"/>
          </w:rPr>
          <w:id w:val="-48151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09DC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DC09DC" w:rsidRPr="00DC09DC">
        <w:rPr>
          <w:sz w:val="18"/>
          <w:szCs w:val="18"/>
        </w:rPr>
        <w:t xml:space="preserve"> </w:t>
      </w:r>
      <w:r w:rsidR="005A0103" w:rsidRPr="00DC09DC">
        <w:rPr>
          <w:sz w:val="18"/>
          <w:szCs w:val="18"/>
        </w:rPr>
        <w:t>Diğer: ................................................................................................</w:t>
      </w:r>
    </w:p>
    <w:p w:rsidR="007B3BD4" w:rsidRPr="00DC09DC" w:rsidRDefault="005A0103">
      <w:pPr>
        <w:rPr>
          <w:sz w:val="20"/>
          <w:szCs w:val="20"/>
        </w:rPr>
      </w:pPr>
      <w:r w:rsidRPr="00DC09DC">
        <w:rPr>
          <w:b/>
          <w:sz w:val="20"/>
          <w:szCs w:val="20"/>
        </w:rPr>
        <w:t>E. DANIŞMAN GÖRÜŞÜ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106"/>
        <w:gridCol w:w="8856"/>
      </w:tblGrid>
      <w:tr w:rsidR="007B3BD4" w:rsidRPr="00DC09DC" w:rsidTr="00DC09DC">
        <w:trPr>
          <w:jc w:val="center"/>
        </w:trPr>
        <w:tc>
          <w:tcPr>
            <w:tcW w:w="1418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Görüş</w:t>
            </w:r>
          </w:p>
        </w:tc>
        <w:tc>
          <w:tcPr>
            <w:tcW w:w="8554" w:type="dxa"/>
            <w:vAlign w:val="center"/>
          </w:tcPr>
          <w:p w:rsidR="007B3BD4" w:rsidRPr="00DC09DC" w:rsidRDefault="008712F0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20373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 xml:space="preserve">Uygundur   </w:t>
            </w:r>
            <w:sdt>
              <w:sdtPr>
                <w:rPr>
                  <w:sz w:val="18"/>
                  <w:szCs w:val="18"/>
                </w:rPr>
                <w:id w:val="-175719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9D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DC09DC" w:rsidRPr="00DC09DC">
              <w:rPr>
                <w:sz w:val="18"/>
                <w:szCs w:val="18"/>
              </w:rPr>
              <w:t xml:space="preserve"> </w:t>
            </w:r>
            <w:r w:rsidR="005A0103" w:rsidRPr="00DC09DC">
              <w:rPr>
                <w:sz w:val="18"/>
                <w:szCs w:val="18"/>
              </w:rPr>
              <w:t>Uygun değildir</w:t>
            </w:r>
          </w:p>
        </w:tc>
      </w:tr>
      <w:tr w:rsidR="007B3BD4" w:rsidRPr="00DC09DC" w:rsidTr="0052562A">
        <w:trPr>
          <w:trHeight w:val="275"/>
          <w:jc w:val="center"/>
        </w:trPr>
        <w:tc>
          <w:tcPr>
            <w:tcW w:w="1418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Açıklama</w:t>
            </w:r>
          </w:p>
        </w:tc>
        <w:tc>
          <w:tcPr>
            <w:tcW w:w="8554" w:type="dxa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sz w:val="18"/>
                <w:szCs w:val="18"/>
              </w:rPr>
              <w:t>..............................................................................................</w:t>
            </w:r>
            <w:r w:rsidR="0052562A">
              <w:rPr>
                <w:sz w:val="18"/>
                <w:szCs w:val="18"/>
              </w:rPr>
              <w:t>..</w:t>
            </w:r>
            <w:r w:rsidRPr="00DC09DC">
              <w:rPr>
                <w:sz w:val="18"/>
                <w:szCs w:val="18"/>
              </w:rPr>
              <w:t>................................................................................................</w:t>
            </w:r>
          </w:p>
        </w:tc>
      </w:tr>
      <w:tr w:rsidR="007B3BD4" w:rsidRPr="00DC09DC" w:rsidTr="0052562A">
        <w:trPr>
          <w:trHeight w:val="495"/>
          <w:jc w:val="center"/>
        </w:trPr>
        <w:tc>
          <w:tcPr>
            <w:tcW w:w="1418" w:type="dxa"/>
            <w:shd w:val="clear" w:color="auto" w:fill="E7E6E6"/>
            <w:vAlign w:val="center"/>
          </w:tcPr>
          <w:p w:rsidR="007B3BD4" w:rsidRPr="00DC09DC" w:rsidRDefault="005A0103">
            <w:pPr>
              <w:rPr>
                <w:sz w:val="18"/>
                <w:szCs w:val="18"/>
              </w:rPr>
            </w:pPr>
            <w:r w:rsidRPr="00DC09DC">
              <w:rPr>
                <w:b/>
                <w:sz w:val="18"/>
                <w:szCs w:val="18"/>
              </w:rPr>
              <w:t>Tarih / İmza</w:t>
            </w:r>
          </w:p>
        </w:tc>
        <w:tc>
          <w:tcPr>
            <w:tcW w:w="8554" w:type="dxa"/>
            <w:vAlign w:val="center"/>
          </w:tcPr>
          <w:p w:rsidR="007B3BD4" w:rsidRPr="00DC09DC" w:rsidRDefault="005A0103" w:rsidP="007E3A85">
            <w:pPr>
              <w:rPr>
                <w:sz w:val="18"/>
                <w:szCs w:val="18"/>
              </w:rPr>
            </w:pPr>
            <w:r w:rsidRPr="00DC09DC">
              <w:rPr>
                <w:sz w:val="18"/>
                <w:szCs w:val="18"/>
              </w:rPr>
              <w:t xml:space="preserve">…… / …… / …………        </w:t>
            </w:r>
          </w:p>
        </w:tc>
      </w:tr>
    </w:tbl>
    <w:p w:rsidR="007E3A85" w:rsidRPr="007E3A85" w:rsidRDefault="007E3A85" w:rsidP="007E3A85">
      <w:bookmarkStart w:id="0" w:name="_GoBack"/>
      <w:bookmarkEnd w:id="0"/>
    </w:p>
    <w:p w:rsidR="007E3A85" w:rsidRDefault="007E3A85" w:rsidP="007E3A85">
      <w:pPr>
        <w:tabs>
          <w:tab w:val="left" w:pos="1365"/>
        </w:tabs>
      </w:pPr>
      <w:r>
        <w:tab/>
      </w:r>
    </w:p>
    <w:p w:rsidR="007B3BD4" w:rsidRDefault="007B3BD4"/>
    <w:sectPr w:rsidR="007B3BD4" w:rsidSect="008A5339">
      <w:headerReference w:type="default" r:id="rId8"/>
      <w:footerReference w:type="default" r:id="rId9"/>
      <w:pgSz w:w="12240" w:h="15840"/>
      <w:pgMar w:top="1020" w:right="1134" w:bottom="1020" w:left="1134" w:header="397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2F0" w:rsidRDefault="008712F0">
      <w:pPr>
        <w:spacing w:after="0" w:line="240" w:lineRule="auto"/>
      </w:pPr>
      <w:r>
        <w:separator/>
      </w:r>
    </w:p>
  </w:endnote>
  <w:endnote w:type="continuationSeparator" w:id="0">
    <w:p w:rsidR="008712F0" w:rsidRDefault="00871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ouvenir L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62A" w:rsidRPr="0052562A" w:rsidRDefault="00DC09DC" w:rsidP="00DC09DC">
    <w:pPr>
      <w:pStyle w:val="AltBilgi"/>
      <w:rPr>
        <w:b/>
        <w:sz w:val="14"/>
        <w:szCs w:val="14"/>
      </w:rPr>
    </w:pPr>
    <w:r w:rsidRPr="0052562A">
      <w:rPr>
        <w:b/>
        <w:sz w:val="14"/>
        <w:szCs w:val="14"/>
      </w:rPr>
      <w:t xml:space="preserve">AÇIKLAMA </w:t>
    </w:r>
  </w:p>
  <w:p w:rsidR="00DC09DC" w:rsidRPr="0052562A" w:rsidRDefault="00DC09DC" w:rsidP="00DC09DC">
    <w:pPr>
      <w:pStyle w:val="AltBilgi"/>
      <w:rPr>
        <w:sz w:val="14"/>
        <w:szCs w:val="14"/>
      </w:rPr>
    </w:pPr>
    <w:r w:rsidRPr="0052562A">
      <w:rPr>
        <w:sz w:val="14"/>
        <w:szCs w:val="14"/>
      </w:rPr>
      <w:t>1. Bu form, doğum yapan lisansüstü kadın öğrencilerin doğum sonrası ek süre talebinde bulunabilmeleri amacıyla düzenlenmiştir.</w:t>
    </w:r>
  </w:p>
  <w:p w:rsidR="00DC09DC" w:rsidRPr="0052562A" w:rsidRDefault="00DC09DC" w:rsidP="00DC09DC">
    <w:pPr>
      <w:pStyle w:val="AltBilgi"/>
      <w:rPr>
        <w:sz w:val="14"/>
        <w:szCs w:val="14"/>
      </w:rPr>
    </w:pPr>
    <w:r w:rsidRPr="0052562A">
      <w:rPr>
        <w:sz w:val="14"/>
        <w:szCs w:val="14"/>
      </w:rPr>
      <w:t>2. Ek süre, öğrencinin talebi üzerine ve ilgili mevzuat çerçevesinde değerlendirilir; başvuru yapılması tek başına ek sürenin kesin olarak verildiği anlamına gelmez.</w:t>
    </w:r>
  </w:p>
  <w:p w:rsidR="00DC09DC" w:rsidRPr="0052562A" w:rsidRDefault="00DC09DC" w:rsidP="00DC09DC">
    <w:pPr>
      <w:pStyle w:val="AltBilgi"/>
      <w:rPr>
        <w:sz w:val="14"/>
        <w:szCs w:val="14"/>
      </w:rPr>
    </w:pPr>
    <w:r w:rsidRPr="0052562A">
      <w:rPr>
        <w:sz w:val="14"/>
        <w:szCs w:val="14"/>
      </w:rPr>
      <w:t>3. Verilen ek süreler azami öğrenim süresinden sayılmaz.</w:t>
    </w:r>
  </w:p>
  <w:p w:rsidR="00DC09DC" w:rsidRPr="0052562A" w:rsidRDefault="00DC09DC" w:rsidP="00DC09DC">
    <w:pPr>
      <w:pStyle w:val="AltBilgi"/>
      <w:rPr>
        <w:sz w:val="14"/>
        <w:szCs w:val="14"/>
      </w:rPr>
    </w:pPr>
    <w:r w:rsidRPr="0052562A">
      <w:rPr>
        <w:sz w:val="14"/>
        <w:szCs w:val="14"/>
      </w:rPr>
      <w:t>4. Öğrencilik süresi içinde birden fazla doğum olması halinde her doğum için ikişer dönem ek süre talep edilebilir.</w:t>
    </w:r>
  </w:p>
  <w:p w:rsidR="007B3BD4" w:rsidRDefault="00DC09DC" w:rsidP="0052562A">
    <w:pPr>
      <w:pStyle w:val="AltBilgi"/>
      <w:rPr>
        <w:sz w:val="14"/>
        <w:szCs w:val="14"/>
      </w:rPr>
    </w:pPr>
    <w:r w:rsidRPr="0052562A">
      <w:rPr>
        <w:sz w:val="14"/>
        <w:szCs w:val="14"/>
      </w:rPr>
      <w:t>5. Formun ekinde doğumu gösteren resmî belgenin sunulması esastır.</w:t>
    </w:r>
  </w:p>
  <w:p w:rsidR="008A5339" w:rsidRDefault="008A5339" w:rsidP="008A5339">
    <w:pPr>
      <w:pStyle w:val="AltBilgi"/>
      <w:rPr>
        <w:i/>
        <w:sz w:val="14"/>
        <w:szCs w:val="14"/>
        <w:lang w:val="tr-TR"/>
      </w:rPr>
    </w:pPr>
  </w:p>
  <w:p w:rsidR="008A5339" w:rsidRPr="008A5339" w:rsidRDefault="008A5339" w:rsidP="008A5339">
    <w:pPr>
      <w:pStyle w:val="AltBilgi"/>
      <w:rPr>
        <w:i/>
        <w:sz w:val="14"/>
        <w:szCs w:val="14"/>
        <w:lang w:val="tr-TR"/>
      </w:rPr>
    </w:pPr>
    <w:r w:rsidRPr="008A5339">
      <w:rPr>
        <w:i/>
        <w:sz w:val="14"/>
        <w:szCs w:val="14"/>
        <w:lang w:val="tr-TR"/>
      </w:rPr>
      <w:t>(Form No: FR-06</w:t>
    </w:r>
    <w:r>
      <w:rPr>
        <w:i/>
        <w:sz w:val="14"/>
        <w:szCs w:val="14"/>
        <w:lang w:val="tr-TR"/>
      </w:rPr>
      <w:t>20</w:t>
    </w:r>
    <w:r w:rsidRPr="008A5339">
      <w:rPr>
        <w:i/>
        <w:sz w:val="14"/>
        <w:szCs w:val="14"/>
        <w:lang w:val="tr-TR"/>
      </w:rPr>
      <w:t>; Revizyon Tarihi-; Revizyon No:00)</w:t>
    </w:r>
  </w:p>
  <w:p w:rsidR="008A5339" w:rsidRPr="0052562A" w:rsidRDefault="008A5339" w:rsidP="0052562A">
    <w:pPr>
      <w:pStyle w:val="AltBilgi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2F0" w:rsidRDefault="008712F0">
      <w:pPr>
        <w:spacing w:after="0" w:line="240" w:lineRule="auto"/>
      </w:pPr>
      <w:r>
        <w:separator/>
      </w:r>
    </w:p>
  </w:footnote>
  <w:footnote w:type="continuationSeparator" w:id="0">
    <w:p w:rsidR="008712F0" w:rsidRDefault="00871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A85" w:rsidRDefault="007E3A85">
    <w:pPr>
      <w:pStyle w:val="stBilgi"/>
    </w:pPr>
  </w:p>
  <w:tbl>
    <w:tblPr>
      <w:tblW w:w="0" w:type="auto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81"/>
      <w:gridCol w:w="5689"/>
      <w:gridCol w:w="1552"/>
      <w:gridCol w:w="1274"/>
    </w:tblGrid>
    <w:tr w:rsidR="007E3A85" w:rsidRPr="007E3A85" w:rsidTr="00AE1ED5">
      <w:trPr>
        <w:trHeight w:val="276"/>
      </w:trPr>
      <w:tc>
        <w:tcPr>
          <w:tcW w:w="1495" w:type="dxa"/>
          <w:vMerge w:val="restart"/>
          <w:shd w:val="clear" w:color="auto" w:fill="auto"/>
        </w:tcPr>
        <w:p w:rsidR="007E3A85" w:rsidRPr="007E3A85" w:rsidRDefault="007E3A85" w:rsidP="007E3A85">
          <w:pPr>
            <w:spacing w:after="0" w:line="240" w:lineRule="auto"/>
            <w:rPr>
              <w:rFonts w:ascii="Souvenir Lt BT" w:eastAsia="Times New Roman" w:hAnsi="Souvenir Lt BT" w:cs="Times New Roman"/>
              <w:sz w:val="24"/>
              <w:szCs w:val="20"/>
              <w:lang w:val="tr-TR"/>
            </w:rPr>
          </w:pPr>
          <w:r w:rsidRPr="007E3A85">
            <w:rPr>
              <w:rFonts w:ascii="Souvenir Lt BT" w:eastAsia="Times New Roman" w:hAnsi="Souvenir Lt BT" w:cs="Times New Roman"/>
              <w:noProof/>
              <w:sz w:val="24"/>
              <w:szCs w:val="20"/>
              <w:lang w:val="tr-TR" w:eastAsia="tr-TR"/>
            </w:rPr>
            <w:drawing>
              <wp:anchor distT="0" distB="0" distL="114300" distR="114300" simplePos="0" relativeHeight="251662848" behindDoc="0" locked="0" layoutInCell="1" allowOverlap="1" wp14:anchorId="3AF0CFBE" wp14:editId="435E7EE5">
                <wp:simplePos x="0" y="0"/>
                <wp:positionH relativeFrom="column">
                  <wp:posOffset>-2540</wp:posOffset>
                </wp:positionH>
                <wp:positionV relativeFrom="paragraph">
                  <wp:posOffset>6985</wp:posOffset>
                </wp:positionV>
                <wp:extent cx="851535" cy="824230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297" t="12437" r="22757" b="1250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1535" cy="824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35" w:type="dxa"/>
          <w:vMerge w:val="restart"/>
          <w:shd w:val="clear" w:color="auto" w:fill="auto"/>
          <w:vAlign w:val="center"/>
        </w:tcPr>
        <w:p w:rsidR="007E3A85" w:rsidRPr="007E3A85" w:rsidRDefault="007E3A85" w:rsidP="007E3A8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24"/>
              <w:szCs w:val="24"/>
              <w:lang w:val="tr-TR"/>
            </w:rPr>
          </w:pPr>
          <w:r w:rsidRPr="007E3A85">
            <w:rPr>
              <w:rFonts w:ascii="Arial" w:eastAsia="Times New Roman" w:hAnsi="Arial" w:cs="Arial"/>
              <w:b/>
              <w:sz w:val="24"/>
              <w:szCs w:val="24"/>
              <w:lang w:val="tr-TR"/>
            </w:rPr>
            <w:t>LİSANSÜSTÜ EĞİTİM ENSTİTÜSÜ MÜDÜRLÜĞÜ</w:t>
          </w:r>
        </w:p>
        <w:p w:rsidR="007E3A85" w:rsidRPr="007E3A85" w:rsidRDefault="007E3A85" w:rsidP="007E3A85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  <w:lang w:val="tr-TR"/>
            </w:rPr>
          </w:pPr>
        </w:p>
        <w:p w:rsidR="007E3A85" w:rsidRPr="0052562A" w:rsidRDefault="007E3A85" w:rsidP="007E3A85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sz w:val="22"/>
              <w:lang w:val="tr-TR"/>
            </w:rPr>
          </w:pPr>
          <w:r w:rsidRPr="0052562A">
            <w:rPr>
              <w:rFonts w:ascii="Arial" w:eastAsia="Times New Roman" w:hAnsi="Arial" w:cs="Arial"/>
              <w:b/>
              <w:sz w:val="22"/>
              <w:lang w:val="tr-TR"/>
            </w:rPr>
            <w:t>DOĞUM YAPAN LİSANSÜSTÜ KADIN ÖĞRENCİLER</w:t>
          </w:r>
        </w:p>
        <w:p w:rsidR="007E3A85" w:rsidRPr="007E3A85" w:rsidRDefault="007E3A85" w:rsidP="007E3A85">
          <w:pPr>
            <w:spacing w:after="0" w:line="240" w:lineRule="auto"/>
            <w:jc w:val="center"/>
            <w:rPr>
              <w:rFonts w:ascii="Souvenir Lt BT" w:eastAsia="Times New Roman" w:hAnsi="Souvenir Lt BT" w:cs="Times New Roman"/>
              <w:b/>
              <w:sz w:val="24"/>
              <w:szCs w:val="24"/>
              <w:lang w:val="tr-TR"/>
            </w:rPr>
          </w:pPr>
          <w:r w:rsidRPr="0052562A">
            <w:rPr>
              <w:rFonts w:ascii="Arial" w:eastAsia="Times New Roman" w:hAnsi="Arial" w:cs="Arial"/>
              <w:b/>
              <w:sz w:val="22"/>
              <w:lang w:val="tr-TR"/>
            </w:rPr>
            <w:t>DOĞUM SONRASI EK SÜRE TALEP FORMU</w:t>
          </w:r>
        </w:p>
      </w:tc>
      <w:tc>
        <w:tcPr>
          <w:tcW w:w="1559" w:type="dxa"/>
          <w:shd w:val="clear" w:color="auto" w:fill="auto"/>
          <w:vAlign w:val="center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color w:val="000000"/>
              <w:sz w:val="18"/>
              <w:szCs w:val="20"/>
              <w:lang w:val="tr-TR" w:eastAsia="tr-TR"/>
            </w:rPr>
          </w:pPr>
          <w:r w:rsidRPr="007E3A85">
            <w:rPr>
              <w:rFonts w:ascii="Arial" w:eastAsia="Times New Roman" w:hAnsi="Arial" w:cs="Arial"/>
              <w:color w:val="000000"/>
              <w:sz w:val="18"/>
              <w:szCs w:val="20"/>
              <w:lang w:val="tr-TR" w:eastAsia="tr-TR"/>
            </w:rPr>
            <w:t>Doküman No</w:t>
          </w:r>
        </w:p>
      </w:tc>
      <w:tc>
        <w:tcPr>
          <w:tcW w:w="1276" w:type="dxa"/>
          <w:shd w:val="clear" w:color="auto" w:fill="auto"/>
          <w:vAlign w:val="center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color w:val="000000"/>
              <w:sz w:val="18"/>
              <w:szCs w:val="20"/>
              <w:lang w:val="tr-TR" w:eastAsia="tr-TR"/>
            </w:rPr>
          </w:pPr>
          <w:r w:rsidRPr="007E3A85">
            <w:rPr>
              <w:rFonts w:ascii="Arial" w:eastAsia="Times New Roman" w:hAnsi="Arial" w:cs="Arial"/>
              <w:b/>
              <w:color w:val="000000"/>
              <w:sz w:val="18"/>
              <w:szCs w:val="20"/>
              <w:lang w:val="tr-TR" w:eastAsia="tr-TR"/>
            </w:rPr>
            <w:t>FR-</w:t>
          </w:r>
          <w:r w:rsidR="008A5339">
            <w:rPr>
              <w:rFonts w:ascii="Arial" w:eastAsia="Times New Roman" w:hAnsi="Arial" w:cs="Arial"/>
              <w:b/>
              <w:color w:val="000000"/>
              <w:sz w:val="18"/>
              <w:szCs w:val="20"/>
              <w:lang w:val="tr-TR" w:eastAsia="tr-TR"/>
            </w:rPr>
            <w:t>0620</w:t>
          </w:r>
        </w:p>
      </w:tc>
    </w:tr>
    <w:tr w:rsidR="007E3A85" w:rsidRPr="007E3A85" w:rsidTr="00AE1ED5">
      <w:trPr>
        <w:trHeight w:val="276"/>
      </w:trPr>
      <w:tc>
        <w:tcPr>
          <w:tcW w:w="1495" w:type="dxa"/>
          <w:vMerge/>
          <w:shd w:val="clear" w:color="auto" w:fill="auto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5735" w:type="dxa"/>
          <w:vMerge/>
          <w:shd w:val="clear" w:color="auto" w:fill="auto"/>
          <w:vAlign w:val="center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color w:val="000000"/>
              <w:sz w:val="18"/>
              <w:szCs w:val="20"/>
              <w:lang w:val="tr-TR" w:eastAsia="tr-TR"/>
            </w:rPr>
          </w:pPr>
          <w:r w:rsidRPr="007E3A85">
            <w:rPr>
              <w:rFonts w:ascii="Arial" w:eastAsia="Times New Roman" w:hAnsi="Arial" w:cs="Arial"/>
              <w:color w:val="000000"/>
              <w:sz w:val="18"/>
              <w:szCs w:val="20"/>
              <w:lang w:val="tr-TR" w:eastAsia="tr-TR"/>
            </w:rPr>
            <w:t>İlk Yayın Tarihi</w:t>
          </w:r>
        </w:p>
      </w:tc>
      <w:tc>
        <w:tcPr>
          <w:tcW w:w="1276" w:type="dxa"/>
          <w:shd w:val="clear" w:color="auto" w:fill="auto"/>
          <w:vAlign w:val="center"/>
        </w:tcPr>
        <w:p w:rsidR="007E3A85" w:rsidRPr="007E3A85" w:rsidRDefault="008A5339" w:rsidP="007E3A85">
          <w:pPr>
            <w:tabs>
              <w:tab w:val="center" w:pos="4536"/>
              <w:tab w:val="right" w:pos="9072"/>
            </w:tabs>
            <w:spacing w:after="0"/>
            <w:rPr>
              <w:rFonts w:ascii="Arial" w:eastAsia="Times New Roman" w:hAnsi="Arial" w:cs="Arial"/>
              <w:b/>
              <w:color w:val="000000"/>
              <w:sz w:val="18"/>
              <w:szCs w:val="20"/>
              <w:lang w:val="tr-TR" w:eastAsia="tr-TR"/>
            </w:rPr>
          </w:pPr>
          <w:r>
            <w:rPr>
              <w:rFonts w:ascii="Arial" w:eastAsia="Times New Roman" w:hAnsi="Arial" w:cs="Arial"/>
              <w:b/>
              <w:color w:val="000000"/>
              <w:sz w:val="18"/>
              <w:szCs w:val="20"/>
              <w:lang w:val="tr-TR" w:eastAsia="tr-TR"/>
            </w:rPr>
            <w:t>23.09.2026</w:t>
          </w:r>
        </w:p>
      </w:tc>
    </w:tr>
    <w:tr w:rsidR="007E3A85" w:rsidRPr="007E3A85" w:rsidTr="00AE1ED5">
      <w:trPr>
        <w:trHeight w:val="276"/>
      </w:trPr>
      <w:tc>
        <w:tcPr>
          <w:tcW w:w="1495" w:type="dxa"/>
          <w:vMerge/>
          <w:shd w:val="clear" w:color="auto" w:fill="auto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5735" w:type="dxa"/>
          <w:vMerge/>
          <w:shd w:val="clear" w:color="auto" w:fill="auto"/>
          <w:vAlign w:val="center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color w:val="000000"/>
              <w:sz w:val="18"/>
              <w:szCs w:val="20"/>
              <w:lang w:val="tr-TR" w:eastAsia="tr-TR"/>
            </w:rPr>
          </w:pPr>
          <w:r w:rsidRPr="007E3A85">
            <w:rPr>
              <w:rFonts w:ascii="Arial" w:eastAsia="Times New Roman" w:hAnsi="Arial" w:cs="Arial"/>
              <w:color w:val="000000"/>
              <w:sz w:val="18"/>
              <w:szCs w:val="20"/>
              <w:lang w:val="tr-TR" w:eastAsia="tr-TR"/>
            </w:rPr>
            <w:t>Revizyon Tarihi</w:t>
          </w:r>
        </w:p>
      </w:tc>
      <w:tc>
        <w:tcPr>
          <w:tcW w:w="1276" w:type="dxa"/>
          <w:shd w:val="clear" w:color="auto" w:fill="auto"/>
          <w:vAlign w:val="center"/>
        </w:tcPr>
        <w:p w:rsidR="007E3A85" w:rsidRPr="007E3A85" w:rsidRDefault="008A5339" w:rsidP="007E3A85">
          <w:pPr>
            <w:tabs>
              <w:tab w:val="center" w:pos="4536"/>
              <w:tab w:val="right" w:pos="9072"/>
            </w:tabs>
            <w:spacing w:after="0"/>
            <w:rPr>
              <w:rFonts w:ascii="Arial" w:eastAsia="Times New Roman" w:hAnsi="Arial" w:cs="Arial"/>
              <w:b/>
              <w:color w:val="000000"/>
              <w:sz w:val="18"/>
              <w:szCs w:val="20"/>
              <w:lang w:val="tr-TR" w:eastAsia="tr-TR"/>
            </w:rPr>
          </w:pPr>
          <w:r>
            <w:rPr>
              <w:rFonts w:ascii="Arial" w:eastAsia="Times New Roman" w:hAnsi="Arial" w:cs="Arial"/>
              <w:b/>
              <w:color w:val="000000"/>
              <w:sz w:val="18"/>
              <w:szCs w:val="20"/>
              <w:lang w:val="tr-TR" w:eastAsia="tr-TR"/>
            </w:rPr>
            <w:t>-</w:t>
          </w:r>
        </w:p>
      </w:tc>
    </w:tr>
    <w:tr w:rsidR="007E3A85" w:rsidRPr="007E3A85" w:rsidTr="00AE1ED5">
      <w:trPr>
        <w:trHeight w:val="276"/>
      </w:trPr>
      <w:tc>
        <w:tcPr>
          <w:tcW w:w="1495" w:type="dxa"/>
          <w:vMerge/>
          <w:shd w:val="clear" w:color="auto" w:fill="auto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5735" w:type="dxa"/>
          <w:vMerge/>
          <w:shd w:val="clear" w:color="auto" w:fill="auto"/>
          <w:vAlign w:val="center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color w:val="000000"/>
              <w:sz w:val="18"/>
              <w:szCs w:val="20"/>
              <w:lang w:val="tr-TR" w:eastAsia="tr-TR"/>
            </w:rPr>
          </w:pPr>
          <w:r w:rsidRPr="007E3A85">
            <w:rPr>
              <w:rFonts w:ascii="Arial" w:eastAsia="Times New Roman" w:hAnsi="Arial" w:cs="Arial"/>
              <w:color w:val="000000"/>
              <w:sz w:val="18"/>
              <w:szCs w:val="20"/>
              <w:lang w:val="tr-TR" w:eastAsia="tr-TR"/>
            </w:rPr>
            <w:t>Revizyon No</w:t>
          </w:r>
        </w:p>
      </w:tc>
      <w:tc>
        <w:tcPr>
          <w:tcW w:w="1276" w:type="dxa"/>
          <w:shd w:val="clear" w:color="auto" w:fill="auto"/>
          <w:vAlign w:val="center"/>
        </w:tcPr>
        <w:p w:rsidR="007E3A85" w:rsidRPr="007E3A85" w:rsidRDefault="008A5339" w:rsidP="007E3A85">
          <w:pPr>
            <w:tabs>
              <w:tab w:val="center" w:pos="4536"/>
              <w:tab w:val="right" w:pos="9072"/>
            </w:tabs>
            <w:spacing w:after="0"/>
            <w:rPr>
              <w:rFonts w:ascii="Arial" w:eastAsia="Times New Roman" w:hAnsi="Arial" w:cs="Arial"/>
              <w:b/>
              <w:color w:val="000000"/>
              <w:sz w:val="18"/>
              <w:szCs w:val="20"/>
              <w:lang w:val="tr-TR" w:eastAsia="tr-TR"/>
            </w:rPr>
          </w:pPr>
          <w:r>
            <w:rPr>
              <w:rFonts w:ascii="Arial" w:eastAsia="Times New Roman" w:hAnsi="Arial" w:cs="Arial"/>
              <w:b/>
              <w:color w:val="000000"/>
              <w:sz w:val="18"/>
              <w:szCs w:val="20"/>
              <w:lang w:val="tr-TR" w:eastAsia="tr-TR"/>
            </w:rPr>
            <w:t>00</w:t>
          </w:r>
        </w:p>
      </w:tc>
    </w:tr>
    <w:tr w:rsidR="007E3A85" w:rsidRPr="007E3A85" w:rsidTr="00AE1ED5">
      <w:trPr>
        <w:trHeight w:val="276"/>
      </w:trPr>
      <w:tc>
        <w:tcPr>
          <w:tcW w:w="1495" w:type="dxa"/>
          <w:vMerge/>
          <w:shd w:val="clear" w:color="auto" w:fill="auto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5735" w:type="dxa"/>
          <w:vMerge/>
          <w:shd w:val="clear" w:color="auto" w:fill="auto"/>
          <w:vAlign w:val="center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color w:val="000000"/>
              <w:sz w:val="18"/>
              <w:szCs w:val="20"/>
              <w:lang w:val="tr-TR" w:eastAsia="tr-TR"/>
            </w:rPr>
          </w:pPr>
          <w:r w:rsidRPr="007E3A85">
            <w:rPr>
              <w:rFonts w:ascii="Arial" w:eastAsia="Times New Roman" w:hAnsi="Arial" w:cs="Arial"/>
              <w:color w:val="000000"/>
              <w:sz w:val="18"/>
              <w:szCs w:val="20"/>
              <w:lang w:val="tr-TR" w:eastAsia="tr-TR"/>
            </w:rPr>
            <w:t>Sayfa</w:t>
          </w:r>
        </w:p>
      </w:tc>
      <w:tc>
        <w:tcPr>
          <w:tcW w:w="1276" w:type="dxa"/>
          <w:shd w:val="clear" w:color="auto" w:fill="auto"/>
          <w:vAlign w:val="center"/>
        </w:tcPr>
        <w:p w:rsidR="007E3A85" w:rsidRPr="007E3A85" w:rsidRDefault="007E3A85" w:rsidP="007E3A85">
          <w:pPr>
            <w:tabs>
              <w:tab w:val="center" w:pos="4536"/>
              <w:tab w:val="right" w:pos="9072"/>
            </w:tabs>
            <w:spacing w:after="0"/>
            <w:rPr>
              <w:rFonts w:ascii="Arial" w:eastAsia="Times New Roman" w:hAnsi="Arial" w:cs="Arial"/>
              <w:b/>
              <w:color w:val="000000"/>
              <w:sz w:val="18"/>
              <w:szCs w:val="20"/>
              <w:lang w:val="tr-TR" w:eastAsia="tr-TR"/>
            </w:rPr>
          </w:pPr>
          <w:r w:rsidRPr="007E3A85">
            <w:rPr>
              <w:rFonts w:ascii="Arial" w:eastAsia="Times New Roman" w:hAnsi="Arial" w:cs="Arial"/>
              <w:b/>
              <w:noProof/>
              <w:color w:val="000000"/>
              <w:sz w:val="18"/>
              <w:szCs w:val="20"/>
              <w:lang w:val="tr-TR" w:eastAsia="tr-TR"/>
            </w:rPr>
            <w:t>1</w:t>
          </w:r>
          <w:r w:rsidRPr="007E3A85">
            <w:rPr>
              <w:rFonts w:ascii="Arial" w:eastAsia="Times New Roman" w:hAnsi="Arial" w:cs="Arial"/>
              <w:b/>
              <w:color w:val="000000"/>
              <w:sz w:val="18"/>
              <w:szCs w:val="20"/>
              <w:lang w:val="tr-TR" w:eastAsia="tr-TR"/>
            </w:rPr>
            <w:t>/1</w:t>
          </w:r>
        </w:p>
      </w:tc>
    </w:tr>
  </w:tbl>
  <w:p w:rsidR="007E3A85" w:rsidRDefault="007E3A8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562A"/>
    <w:rsid w:val="005A0103"/>
    <w:rsid w:val="007B3BD4"/>
    <w:rsid w:val="007E3A85"/>
    <w:rsid w:val="008712F0"/>
    <w:rsid w:val="008A5339"/>
    <w:rsid w:val="00AA1D8D"/>
    <w:rsid w:val="00B47730"/>
    <w:rsid w:val="00CB0664"/>
    <w:rsid w:val="00DC09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E15C04"/>
  <w14:defaultImageDpi w14:val="300"/>
  <w15:docId w15:val="{B98DC342-D33A-4574-AEFF-BA7B4997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78B582-5741-41B8-A912-988965E34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3</cp:revision>
  <dcterms:created xsi:type="dcterms:W3CDTF">2026-09-14T11:17:00Z</dcterms:created>
  <dcterms:modified xsi:type="dcterms:W3CDTF">2026-09-23T11:24:00Z</dcterms:modified>
  <cp:category/>
</cp:coreProperties>
</file>